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C9440" w14:textId="51138CDA" w:rsidR="002C5A63" w:rsidRDefault="00000000" w:rsidP="001100A7">
      <w:pPr>
        <w:spacing w:before="240" w:after="120"/>
        <w:jc w:val="right"/>
      </w:pPr>
      <w:r>
        <w:rPr>
          <w:b/>
        </w:rPr>
        <w:t xml:space="preserve">Al Sig. Sindaco del Comune di </w:t>
      </w:r>
      <w:r w:rsidR="001100A7">
        <w:rPr>
          <w:b/>
        </w:rPr>
        <w:t>MELITO IRPINO (AV)</w:t>
      </w:r>
    </w:p>
    <w:p w14:paraId="62C047D2" w14:textId="77777777" w:rsidR="002C5A63" w:rsidRDefault="00000000" w:rsidP="001100A7">
      <w:pPr>
        <w:spacing w:after="480"/>
        <w:jc w:val="right"/>
      </w:pPr>
      <w:r>
        <w:rPr>
          <w:b/>
        </w:rPr>
        <w:t>Ufficio Elettorale Comunale</w:t>
      </w:r>
    </w:p>
    <w:p w14:paraId="059024B3" w14:textId="77777777" w:rsidR="002C5A63" w:rsidRDefault="00000000">
      <w:pPr>
        <w:spacing w:before="240" w:after="480"/>
      </w:pPr>
      <w:r>
        <w:rPr>
          <w:b/>
        </w:rPr>
        <w:t>OGGETTO: Istanza di inclusione nell'Albo Unico delle persone idonee all'ufficio di SCRUTATORE di seggio elettorale (Legge 95/1989) e/o nell'Albo dei PRESIDENTI di seggio elettorale (Legge 53/1990).</w:t>
      </w:r>
    </w:p>
    <w:p w14:paraId="05DC9F9A" w14:textId="77777777" w:rsidR="002C5A63" w:rsidRDefault="00000000">
      <w:pPr>
        <w:spacing w:after="240"/>
      </w:pPr>
      <w:r>
        <w:rPr>
          <w:b/>
        </w:rPr>
        <w:t>Il/La sottoscritto/a:</w:t>
      </w:r>
    </w:p>
    <w:p w14:paraId="7BE38FBD" w14:textId="77777777" w:rsidR="002C5A63" w:rsidRDefault="00000000">
      <w:pPr>
        <w:spacing w:after="160"/>
      </w:pPr>
      <w:r>
        <w:t>Cognome e Nome: ___________________________________________________________________</w:t>
      </w:r>
    </w:p>
    <w:p w14:paraId="640E39B9" w14:textId="77777777" w:rsidR="002C5A63" w:rsidRDefault="00000000">
      <w:pPr>
        <w:spacing w:after="160"/>
      </w:pPr>
      <w:r>
        <w:t>Codice Fiscale: _____________________________________________________________________</w:t>
      </w:r>
    </w:p>
    <w:p w14:paraId="10C955FC" w14:textId="77777777" w:rsidR="002C5A63" w:rsidRDefault="00000000">
      <w:pPr>
        <w:spacing w:after="160"/>
      </w:pPr>
      <w:r>
        <w:t>Nato/a a: ________________________________________ il: _______________________________</w:t>
      </w:r>
    </w:p>
    <w:p w14:paraId="16F46DFB" w14:textId="77777777" w:rsidR="002C5A63" w:rsidRDefault="00000000">
      <w:pPr>
        <w:spacing w:after="160"/>
      </w:pPr>
      <w:r>
        <w:t>Residente in: _____________________________________ Prov: ____________________________</w:t>
      </w:r>
    </w:p>
    <w:p w14:paraId="3A2BE9F6" w14:textId="77777777" w:rsidR="002C5A63" w:rsidRDefault="00000000">
      <w:pPr>
        <w:spacing w:after="160"/>
      </w:pPr>
      <w:r>
        <w:t>Via/Piazza: ______________________________________ n. civico: _________________________</w:t>
      </w:r>
    </w:p>
    <w:p w14:paraId="41BB498D" w14:textId="77777777" w:rsidR="002C5A63" w:rsidRDefault="00000000">
      <w:pPr>
        <w:spacing w:after="160"/>
      </w:pPr>
      <w:r>
        <w:t>Telefono: ________________________________________ E-mail/PEC: ________________________</w:t>
      </w:r>
    </w:p>
    <w:p w14:paraId="49016F21" w14:textId="77777777" w:rsidR="002C5A63" w:rsidRDefault="00000000">
      <w:pPr>
        <w:spacing w:before="360" w:after="240"/>
        <w:jc w:val="center"/>
      </w:pPr>
      <w:r>
        <w:rPr>
          <w:b/>
          <w:sz w:val="28"/>
        </w:rPr>
        <w:t>CHIEDE</w:t>
      </w:r>
    </w:p>
    <w:p w14:paraId="571114B6" w14:textId="77777777" w:rsidR="002C5A63" w:rsidRDefault="00000000">
      <w:pPr>
        <w:spacing w:after="240"/>
      </w:pPr>
      <w:r>
        <w:t>di essere inserito/a (selezionare la voce o le voci di interesse):</w:t>
      </w:r>
    </w:p>
    <w:p w14:paraId="45546E25" w14:textId="77777777" w:rsidR="002C5A63" w:rsidRDefault="00000000">
      <w:pPr>
        <w:spacing w:after="240"/>
      </w:pPr>
      <w:r>
        <w:rPr>
          <w:b/>
        </w:rPr>
        <w:t>[  ]  nell'Albo delle persone idonee all'ufficio di SCRUTATORE DI SEGGIO ELETTORALE</w:t>
      </w:r>
      <w:r>
        <w:rPr>
          <w:b/>
        </w:rPr>
        <w:br/>
        <w:t xml:space="preserve">      (Domanda da presentare entro il 30 NOVEMBRE di ogni anno)</w:t>
      </w:r>
    </w:p>
    <w:p w14:paraId="53126E16" w14:textId="77777777" w:rsidR="002C5A63" w:rsidRDefault="00000000">
      <w:pPr>
        <w:spacing w:after="360"/>
      </w:pPr>
      <w:r>
        <w:rPr>
          <w:b/>
        </w:rPr>
        <w:t>[  ]  nell'Albo delle persone idonee all'ufficio di PRESIDENTE DI SEGGIO ELETTORALE</w:t>
      </w:r>
      <w:r>
        <w:rPr>
          <w:b/>
        </w:rPr>
        <w:br/>
        <w:t xml:space="preserve">      (Domanda da presentare entro il 31 OTTOBRE di ogni anno)</w:t>
      </w:r>
    </w:p>
    <w:p w14:paraId="05162A5F" w14:textId="77777777" w:rsidR="002C5A63" w:rsidRDefault="00000000">
      <w:pPr>
        <w:spacing w:after="240"/>
      </w:pPr>
      <w:r>
        <w:t>A tal fine, sotto la propria personale responsabilità e consapevole delle sanzioni penali previste dall'art. 76 del D.P.R. 445/2000 in caso di dichiarazioni mendaci, il/la sottoscritto/a</w:t>
      </w:r>
    </w:p>
    <w:p w14:paraId="3E6432F6" w14:textId="77777777" w:rsidR="002C5A63" w:rsidRDefault="00000000">
      <w:pPr>
        <w:spacing w:after="240"/>
        <w:jc w:val="center"/>
      </w:pPr>
      <w:r>
        <w:rPr>
          <w:b/>
          <w:sz w:val="24"/>
        </w:rPr>
        <w:t>DICHIARA:</w:t>
      </w:r>
    </w:p>
    <w:p w14:paraId="2503E6E7" w14:textId="77777777" w:rsidR="002C5A63" w:rsidRDefault="00000000">
      <w:pPr>
        <w:pStyle w:val="Puntoelenco"/>
        <w:spacing w:after="160"/>
      </w:pPr>
      <w:r>
        <w:t>di essere iscritto/a nelle liste elettorali del Comune destinatario della presente istanza;</w:t>
      </w:r>
    </w:p>
    <w:p w14:paraId="21BDF619" w14:textId="77777777" w:rsidR="002C5A63" w:rsidRDefault="00000000">
      <w:pPr>
        <w:pStyle w:val="Puntoelenco"/>
        <w:spacing w:after="160"/>
      </w:pPr>
      <w:r>
        <w:t xml:space="preserve">di essere cittadino/a italiano/a e di godere dei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civili</w:t>
      </w:r>
      <w:proofErr w:type="spellEnd"/>
      <w:r>
        <w:t xml:space="preserve"> e </w:t>
      </w:r>
      <w:proofErr w:type="spellStart"/>
      <w:r>
        <w:t>politici</w:t>
      </w:r>
      <w:proofErr w:type="spellEnd"/>
      <w:r>
        <w:t>;</w:t>
      </w:r>
    </w:p>
    <w:p w14:paraId="1A526C07" w14:textId="77777777" w:rsidR="00836C45" w:rsidRDefault="00836C45" w:rsidP="00836C45">
      <w:pPr>
        <w:pStyle w:val="Puntoelenco"/>
        <w:numPr>
          <w:ilvl w:val="0"/>
          <w:numId w:val="0"/>
        </w:numPr>
        <w:spacing w:after="160"/>
      </w:pPr>
    </w:p>
    <w:p w14:paraId="0F96F02E" w14:textId="77777777" w:rsidR="002C5A63" w:rsidRDefault="00000000">
      <w:pPr>
        <w:pStyle w:val="Puntoelenco"/>
        <w:spacing w:after="160"/>
      </w:pPr>
      <w:r>
        <w:t>di essere in possesso del seguente TITOLO DI STUDIO (requisito minimo: scuola dell'obbligo per scrutatore, diploma di scuola media superiore per presidente):</w:t>
      </w:r>
      <w:r>
        <w:br/>
        <w:t xml:space="preserve">   Titolo: ___________________________________________________________________________</w:t>
      </w:r>
      <w:r>
        <w:br/>
        <w:t xml:space="preserve">   conseguito presso l'Istituto: ______________________________________ nell'anno: __________</w:t>
      </w:r>
      <w:proofErr w:type="gramStart"/>
      <w:r>
        <w:t>_ ;</w:t>
      </w:r>
      <w:proofErr w:type="gramEnd"/>
    </w:p>
    <w:p w14:paraId="2C88D90C" w14:textId="77777777" w:rsidR="002C5A63" w:rsidRDefault="00000000">
      <w:pPr>
        <w:pStyle w:val="Puntoelenco"/>
        <w:spacing w:after="160"/>
      </w:pPr>
      <w:r>
        <w:t>di svolgere la seguente professione/occupazione: ________________________________________ ;</w:t>
      </w:r>
    </w:p>
    <w:p w14:paraId="18FB6E04" w14:textId="77777777" w:rsidR="002C5A63" w:rsidRDefault="00000000">
      <w:pPr>
        <w:pStyle w:val="Puntoelenco"/>
        <w:spacing w:after="160"/>
      </w:pPr>
      <w:r>
        <w:t>di non trovarsi in alcuna delle condizioni di incompatibilità ed esclusione previste dagli artt. 38 del D.P.R. 361/1957 e 23 del D.P.R. 570/1960 (non essere dipendente dei Ministeri dell'Interno, delle Poste e Telecomunicazioni e dei Trasporti; non appartenere alle Forze Armate in servizio; non essere medico provinciale, ufficiale sanitario o medico condotto; non essere segretario comunale né dipendente comunale addetto agli uffici elettorali).</w:t>
      </w:r>
    </w:p>
    <w:p w14:paraId="00B83BF7" w14:textId="77777777" w:rsidR="002C5A63" w:rsidRDefault="00000000">
      <w:pPr>
        <w:spacing w:before="360" w:after="720"/>
      </w:pPr>
      <w:r>
        <w:rPr>
          <w:i/>
        </w:rPr>
        <w:t>Si allega alla presente copia fotostatica di un documento di identità in corso di validità.</w:t>
      </w:r>
    </w:p>
    <w:p w14:paraId="36E12229" w14:textId="77777777" w:rsidR="002C5A63" w:rsidRDefault="00000000">
      <w:pPr>
        <w:spacing w:before="480"/>
      </w:pPr>
      <w:r>
        <w:t>Luogo e Data</w:t>
      </w:r>
      <w:r>
        <w:br/>
      </w:r>
      <w:r>
        <w:br/>
        <w:t>________________________</w:t>
      </w:r>
    </w:p>
    <w:p w14:paraId="75E857E8" w14:textId="77777777" w:rsidR="002C5A63" w:rsidRDefault="00000000">
      <w:pPr>
        <w:jc w:val="right"/>
      </w:pPr>
      <w:r>
        <w:t>Firma del/la richiedente</w:t>
      </w:r>
      <w:r>
        <w:br/>
      </w:r>
      <w:r>
        <w:br/>
        <w:t>__________________________________</w:t>
      </w:r>
    </w:p>
    <w:sectPr w:rsidR="002C5A63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2125054">
    <w:abstractNumId w:val="8"/>
  </w:num>
  <w:num w:numId="2" w16cid:durableId="86000301">
    <w:abstractNumId w:val="6"/>
  </w:num>
  <w:num w:numId="3" w16cid:durableId="1646665668">
    <w:abstractNumId w:val="5"/>
  </w:num>
  <w:num w:numId="4" w16cid:durableId="478423783">
    <w:abstractNumId w:val="4"/>
  </w:num>
  <w:num w:numId="5" w16cid:durableId="2022244674">
    <w:abstractNumId w:val="7"/>
  </w:num>
  <w:num w:numId="6" w16cid:durableId="1869683150">
    <w:abstractNumId w:val="3"/>
  </w:num>
  <w:num w:numId="7" w16cid:durableId="986785937">
    <w:abstractNumId w:val="2"/>
  </w:num>
  <w:num w:numId="8" w16cid:durableId="1348141773">
    <w:abstractNumId w:val="1"/>
  </w:num>
  <w:num w:numId="9" w16cid:durableId="1177891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00A7"/>
    <w:rsid w:val="0015074B"/>
    <w:rsid w:val="0029639D"/>
    <w:rsid w:val="002C5A63"/>
    <w:rsid w:val="00326F90"/>
    <w:rsid w:val="00836C45"/>
    <w:rsid w:val="00AA1D8D"/>
    <w:rsid w:val="00B47730"/>
    <w:rsid w:val="00C95AE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DF205"/>
  <w14:defaultImageDpi w14:val="300"/>
  <w15:docId w15:val="{1A1151AE-9928-4280-962E-22DE73B62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Giuseppe Lo Conte</cp:lastModifiedBy>
  <cp:revision>3</cp:revision>
  <dcterms:created xsi:type="dcterms:W3CDTF">2026-10-01T06:44:00Z</dcterms:created>
  <dcterms:modified xsi:type="dcterms:W3CDTF">2026-10-01T06:45:00Z</dcterms:modified>
  <cp:category/>
</cp:coreProperties>
</file>